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6EB9" w14:textId="5512BF42" w:rsidR="00E554E1" w:rsidRPr="00EB0ECF" w:rsidRDefault="00826558" w:rsidP="00826558">
      <w:pPr>
        <w:spacing w:after="20"/>
        <w:jc w:val="center"/>
        <w:rPr>
          <w:sz w:val="28"/>
          <w:szCs w:val="28"/>
        </w:rPr>
      </w:pPr>
      <w:r w:rsidRPr="00826558">
        <w:rPr>
          <w:b/>
          <w:noProof/>
          <w:sz w:val="28"/>
          <w:szCs w:val="28"/>
        </w:rPr>
        <w:drawing>
          <wp:anchor distT="0" distB="0" distL="114300" distR="114300" simplePos="0" relativeHeight="251658240" behindDoc="0" locked="0" layoutInCell="1" allowOverlap="1" wp14:anchorId="4228B2B2" wp14:editId="57DFC91A">
            <wp:simplePos x="0" y="0"/>
            <wp:positionH relativeFrom="margin">
              <wp:posOffset>-105603</wp:posOffset>
            </wp:positionH>
            <wp:positionV relativeFrom="margin">
              <wp:posOffset>-322028</wp:posOffset>
            </wp:positionV>
            <wp:extent cx="7024977" cy="2174875"/>
            <wp:effectExtent l="0" t="0" r="5080" b="0"/>
            <wp:wrapSquare wrapText="bothSides"/>
            <wp:docPr id="514034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34640" name=""/>
                    <pic:cNvPicPr/>
                  </pic:nvPicPr>
                  <pic:blipFill>
                    <a:blip r:embed="rId6"/>
                    <a:stretch>
                      <a:fillRect/>
                    </a:stretch>
                  </pic:blipFill>
                  <pic:spPr>
                    <a:xfrm>
                      <a:off x="0" y="0"/>
                      <a:ext cx="7024977" cy="2174875"/>
                    </a:xfrm>
                    <a:prstGeom prst="rect">
                      <a:avLst/>
                    </a:prstGeom>
                  </pic:spPr>
                </pic:pic>
              </a:graphicData>
            </a:graphic>
          </wp:anchor>
        </w:drawing>
      </w:r>
      <w:r w:rsidRPr="00EB0ECF">
        <w:rPr>
          <w:b/>
          <w:sz w:val="28"/>
          <w:szCs w:val="28"/>
        </w:rPr>
        <w:t>Research Registration Form for Participation in the Conference</w:t>
      </w:r>
    </w:p>
    <w:p w14:paraId="40C8A1C6" w14:textId="77777777" w:rsidR="00E554E1" w:rsidRPr="00EB0ECF" w:rsidRDefault="00000000">
      <w:pPr>
        <w:spacing w:after="100"/>
        <w:jc w:val="center"/>
        <w:rPr>
          <w:sz w:val="28"/>
          <w:szCs w:val="28"/>
        </w:rPr>
      </w:pPr>
      <w:r w:rsidRPr="00EB0ECF">
        <w:rPr>
          <w:b/>
          <w:sz w:val="28"/>
          <w:szCs w:val="28"/>
        </w:rPr>
        <w:t>For Preliminary Scientific Screening Prior to Submission of the Full Paper</w:t>
      </w:r>
    </w:p>
    <w:p w14:paraId="6BF306BD" w14:textId="77777777" w:rsidR="00E554E1" w:rsidRPr="00EB0ECF" w:rsidRDefault="00000000" w:rsidP="00826558">
      <w:pPr>
        <w:spacing w:after="100" w:line="240" w:lineRule="auto"/>
        <w:jc w:val="both"/>
        <w:rPr>
          <w:sz w:val="28"/>
          <w:szCs w:val="28"/>
        </w:rPr>
      </w:pPr>
      <w:r w:rsidRPr="00EB0ECF">
        <w:rPr>
          <w:sz w:val="28"/>
          <w:szCs w:val="28"/>
        </w:rPr>
        <w:t>This form is intended to conduct an initial assessment of the proposed research's alignment with the conference's main and sub-themes, reduce duplication and substantial similarity among proposed topics, promote a balanced distribution of submissions across the conference themes, and ensure the clarity and significance of the research idea and its expected scientific or practical contribution before preparation of the full paper begins. Preliminary acceptance of the proposal does not constitute final acceptance of the paper; the full paper will subsequently undergo scientific peer review in accordance with the conference's review criteria.</w:t>
      </w:r>
    </w:p>
    <w:tbl>
      <w:tblPr>
        <w:tblStyle w:val="TableGrid"/>
        <w:tblW w:w="0" w:type="auto"/>
        <w:jc w:val="center"/>
        <w:tblLayout w:type="fixed"/>
        <w:tblLook w:val="04A0" w:firstRow="1" w:lastRow="0" w:firstColumn="1" w:lastColumn="0" w:noHBand="0" w:noVBand="1"/>
      </w:tblPr>
      <w:tblGrid>
        <w:gridCol w:w="3686"/>
        <w:gridCol w:w="7114"/>
      </w:tblGrid>
      <w:tr w:rsidR="00E554E1" w:rsidRPr="00826558" w14:paraId="7F44AC10" w14:textId="77777777" w:rsidTr="00A5100C">
        <w:trPr>
          <w:jc w:val="center"/>
        </w:trPr>
        <w:tc>
          <w:tcPr>
            <w:tcW w:w="3686" w:type="dxa"/>
            <w:shd w:val="clear" w:color="auto" w:fill="D9D9D9"/>
            <w:tcMar>
              <w:top w:w="45" w:type="dxa"/>
              <w:left w:w="65" w:type="dxa"/>
              <w:bottom w:w="45" w:type="dxa"/>
              <w:right w:w="65" w:type="dxa"/>
            </w:tcMar>
            <w:vAlign w:val="center"/>
          </w:tcPr>
          <w:p w14:paraId="65566A62" w14:textId="77777777" w:rsidR="00E554E1" w:rsidRPr="00826558" w:rsidRDefault="00000000" w:rsidP="00826558">
            <w:pPr>
              <w:jc w:val="center"/>
              <w:rPr>
                <w:sz w:val="26"/>
                <w:szCs w:val="26"/>
              </w:rPr>
            </w:pPr>
            <w:r w:rsidRPr="00826558">
              <w:rPr>
                <w:b/>
                <w:sz w:val="26"/>
                <w:szCs w:val="26"/>
              </w:rPr>
              <w:t>Item</w:t>
            </w:r>
          </w:p>
        </w:tc>
        <w:tc>
          <w:tcPr>
            <w:tcW w:w="7114" w:type="dxa"/>
            <w:shd w:val="clear" w:color="auto" w:fill="D9D9D9"/>
            <w:tcMar>
              <w:top w:w="45" w:type="dxa"/>
              <w:left w:w="65" w:type="dxa"/>
              <w:bottom w:w="45" w:type="dxa"/>
              <w:right w:w="65" w:type="dxa"/>
            </w:tcMar>
            <w:vAlign w:val="center"/>
          </w:tcPr>
          <w:p w14:paraId="3F3C16D4" w14:textId="77777777" w:rsidR="00E554E1" w:rsidRPr="00826558" w:rsidRDefault="00000000" w:rsidP="00826558">
            <w:pPr>
              <w:jc w:val="center"/>
              <w:rPr>
                <w:sz w:val="26"/>
                <w:szCs w:val="26"/>
              </w:rPr>
            </w:pPr>
            <w:r w:rsidRPr="00826558">
              <w:rPr>
                <w:b/>
                <w:sz w:val="26"/>
                <w:szCs w:val="26"/>
              </w:rPr>
              <w:t>Information</w:t>
            </w:r>
          </w:p>
        </w:tc>
      </w:tr>
      <w:tr w:rsidR="00E554E1" w:rsidRPr="00826558" w14:paraId="1716DCEA" w14:textId="77777777" w:rsidTr="00A5100C">
        <w:trPr>
          <w:jc w:val="center"/>
        </w:trPr>
        <w:tc>
          <w:tcPr>
            <w:tcW w:w="3686" w:type="dxa"/>
            <w:tcMar>
              <w:top w:w="45" w:type="dxa"/>
              <w:left w:w="65" w:type="dxa"/>
              <w:bottom w:w="45" w:type="dxa"/>
              <w:right w:w="65" w:type="dxa"/>
            </w:tcMar>
            <w:vAlign w:val="center"/>
          </w:tcPr>
          <w:p w14:paraId="0889D4FB" w14:textId="77777777" w:rsidR="00E554E1" w:rsidRPr="00826558" w:rsidRDefault="00000000" w:rsidP="00826558">
            <w:pPr>
              <w:jc w:val="center"/>
              <w:rPr>
                <w:sz w:val="26"/>
                <w:szCs w:val="26"/>
              </w:rPr>
            </w:pPr>
            <w:r w:rsidRPr="00826558">
              <w:rPr>
                <w:b/>
                <w:sz w:val="26"/>
                <w:szCs w:val="26"/>
              </w:rPr>
              <w:t>Lead Researcher's Name</w:t>
            </w:r>
          </w:p>
        </w:tc>
        <w:tc>
          <w:tcPr>
            <w:tcW w:w="7114" w:type="dxa"/>
            <w:tcMar>
              <w:top w:w="45" w:type="dxa"/>
              <w:left w:w="65" w:type="dxa"/>
              <w:bottom w:w="45" w:type="dxa"/>
              <w:right w:w="65" w:type="dxa"/>
            </w:tcMar>
            <w:vAlign w:val="center"/>
          </w:tcPr>
          <w:p w14:paraId="2ABC5BB4" w14:textId="77777777" w:rsidR="00E554E1" w:rsidRPr="00826558" w:rsidRDefault="00E554E1" w:rsidP="00826558">
            <w:pPr>
              <w:rPr>
                <w:sz w:val="26"/>
                <w:szCs w:val="26"/>
              </w:rPr>
            </w:pPr>
          </w:p>
        </w:tc>
      </w:tr>
      <w:tr w:rsidR="00E554E1" w:rsidRPr="00826558" w14:paraId="7AD4805A" w14:textId="77777777" w:rsidTr="00A5100C">
        <w:trPr>
          <w:jc w:val="center"/>
        </w:trPr>
        <w:tc>
          <w:tcPr>
            <w:tcW w:w="3686" w:type="dxa"/>
            <w:tcMar>
              <w:top w:w="45" w:type="dxa"/>
              <w:left w:w="65" w:type="dxa"/>
              <w:bottom w:w="45" w:type="dxa"/>
              <w:right w:w="65" w:type="dxa"/>
            </w:tcMar>
            <w:vAlign w:val="center"/>
          </w:tcPr>
          <w:p w14:paraId="6325AC49" w14:textId="77777777" w:rsidR="00E554E1" w:rsidRPr="00826558" w:rsidRDefault="00000000" w:rsidP="00826558">
            <w:pPr>
              <w:jc w:val="center"/>
              <w:rPr>
                <w:sz w:val="26"/>
                <w:szCs w:val="26"/>
              </w:rPr>
            </w:pPr>
            <w:r w:rsidRPr="00826558">
              <w:rPr>
                <w:b/>
                <w:sz w:val="26"/>
                <w:szCs w:val="26"/>
              </w:rPr>
              <w:t>Academic / Scientific Rank</w:t>
            </w:r>
          </w:p>
        </w:tc>
        <w:tc>
          <w:tcPr>
            <w:tcW w:w="7114" w:type="dxa"/>
            <w:tcMar>
              <w:top w:w="45" w:type="dxa"/>
              <w:left w:w="65" w:type="dxa"/>
              <w:bottom w:w="45" w:type="dxa"/>
              <w:right w:w="65" w:type="dxa"/>
            </w:tcMar>
            <w:vAlign w:val="center"/>
          </w:tcPr>
          <w:p w14:paraId="374F5DF6" w14:textId="77777777" w:rsidR="00E554E1" w:rsidRPr="00826558" w:rsidRDefault="00E554E1" w:rsidP="00826558">
            <w:pPr>
              <w:rPr>
                <w:sz w:val="26"/>
                <w:szCs w:val="26"/>
              </w:rPr>
            </w:pPr>
          </w:p>
        </w:tc>
      </w:tr>
      <w:tr w:rsidR="00E554E1" w:rsidRPr="00826558" w14:paraId="6EC4C50A" w14:textId="77777777" w:rsidTr="00A5100C">
        <w:trPr>
          <w:jc w:val="center"/>
        </w:trPr>
        <w:tc>
          <w:tcPr>
            <w:tcW w:w="3686" w:type="dxa"/>
            <w:tcMar>
              <w:top w:w="45" w:type="dxa"/>
              <w:left w:w="65" w:type="dxa"/>
              <w:bottom w:w="45" w:type="dxa"/>
              <w:right w:w="65" w:type="dxa"/>
            </w:tcMar>
            <w:vAlign w:val="center"/>
          </w:tcPr>
          <w:p w14:paraId="454D02AB" w14:textId="77777777" w:rsidR="00E554E1" w:rsidRPr="00826558" w:rsidRDefault="00000000" w:rsidP="00826558">
            <w:pPr>
              <w:jc w:val="center"/>
              <w:rPr>
                <w:sz w:val="26"/>
                <w:szCs w:val="26"/>
              </w:rPr>
            </w:pPr>
            <w:r w:rsidRPr="00826558">
              <w:rPr>
                <w:b/>
                <w:sz w:val="26"/>
                <w:szCs w:val="26"/>
              </w:rPr>
              <w:t>Job Title</w:t>
            </w:r>
          </w:p>
        </w:tc>
        <w:tc>
          <w:tcPr>
            <w:tcW w:w="7114" w:type="dxa"/>
            <w:tcMar>
              <w:top w:w="45" w:type="dxa"/>
              <w:left w:w="65" w:type="dxa"/>
              <w:bottom w:w="45" w:type="dxa"/>
              <w:right w:w="65" w:type="dxa"/>
            </w:tcMar>
            <w:vAlign w:val="center"/>
          </w:tcPr>
          <w:p w14:paraId="366C2B45" w14:textId="77777777" w:rsidR="00E554E1" w:rsidRPr="00826558" w:rsidRDefault="00E554E1" w:rsidP="00826558">
            <w:pPr>
              <w:rPr>
                <w:sz w:val="26"/>
                <w:szCs w:val="26"/>
              </w:rPr>
            </w:pPr>
          </w:p>
        </w:tc>
      </w:tr>
      <w:tr w:rsidR="00E554E1" w:rsidRPr="00826558" w14:paraId="2073FD9A" w14:textId="77777777" w:rsidTr="00A5100C">
        <w:trPr>
          <w:jc w:val="center"/>
        </w:trPr>
        <w:tc>
          <w:tcPr>
            <w:tcW w:w="3686" w:type="dxa"/>
            <w:tcMar>
              <w:top w:w="45" w:type="dxa"/>
              <w:left w:w="65" w:type="dxa"/>
              <w:bottom w:w="45" w:type="dxa"/>
              <w:right w:w="65" w:type="dxa"/>
            </w:tcMar>
            <w:vAlign w:val="center"/>
          </w:tcPr>
          <w:p w14:paraId="0DC7FBB5" w14:textId="77777777" w:rsidR="00E554E1" w:rsidRPr="00826558" w:rsidRDefault="00000000" w:rsidP="00826558">
            <w:pPr>
              <w:jc w:val="center"/>
              <w:rPr>
                <w:sz w:val="26"/>
                <w:szCs w:val="26"/>
              </w:rPr>
            </w:pPr>
            <w:r w:rsidRPr="00826558">
              <w:rPr>
                <w:b/>
                <w:sz w:val="26"/>
                <w:szCs w:val="26"/>
              </w:rPr>
              <w:t>Employer / University</w:t>
            </w:r>
          </w:p>
        </w:tc>
        <w:tc>
          <w:tcPr>
            <w:tcW w:w="7114" w:type="dxa"/>
            <w:tcMar>
              <w:top w:w="45" w:type="dxa"/>
              <w:left w:w="65" w:type="dxa"/>
              <w:bottom w:w="45" w:type="dxa"/>
              <w:right w:w="65" w:type="dxa"/>
            </w:tcMar>
            <w:vAlign w:val="center"/>
          </w:tcPr>
          <w:p w14:paraId="4C1017F5" w14:textId="77777777" w:rsidR="00E554E1" w:rsidRPr="00826558" w:rsidRDefault="00E554E1" w:rsidP="00826558">
            <w:pPr>
              <w:rPr>
                <w:sz w:val="26"/>
                <w:szCs w:val="26"/>
              </w:rPr>
            </w:pPr>
          </w:p>
        </w:tc>
      </w:tr>
      <w:tr w:rsidR="00E554E1" w:rsidRPr="00826558" w14:paraId="195FD6E1" w14:textId="77777777" w:rsidTr="00A5100C">
        <w:trPr>
          <w:jc w:val="center"/>
        </w:trPr>
        <w:tc>
          <w:tcPr>
            <w:tcW w:w="3686" w:type="dxa"/>
            <w:tcMar>
              <w:top w:w="45" w:type="dxa"/>
              <w:left w:w="65" w:type="dxa"/>
              <w:bottom w:w="45" w:type="dxa"/>
              <w:right w:w="65" w:type="dxa"/>
            </w:tcMar>
            <w:vAlign w:val="center"/>
          </w:tcPr>
          <w:p w14:paraId="1CD4D07E" w14:textId="77777777" w:rsidR="00E554E1" w:rsidRPr="00826558" w:rsidRDefault="00000000" w:rsidP="00826558">
            <w:pPr>
              <w:jc w:val="center"/>
              <w:rPr>
                <w:sz w:val="26"/>
                <w:szCs w:val="26"/>
              </w:rPr>
            </w:pPr>
            <w:r w:rsidRPr="00826558">
              <w:rPr>
                <w:b/>
                <w:sz w:val="26"/>
                <w:szCs w:val="26"/>
              </w:rPr>
              <w:t>Department / Specialization</w:t>
            </w:r>
          </w:p>
        </w:tc>
        <w:tc>
          <w:tcPr>
            <w:tcW w:w="7114" w:type="dxa"/>
            <w:tcMar>
              <w:top w:w="45" w:type="dxa"/>
              <w:left w:w="65" w:type="dxa"/>
              <w:bottom w:w="45" w:type="dxa"/>
              <w:right w:w="65" w:type="dxa"/>
            </w:tcMar>
            <w:vAlign w:val="center"/>
          </w:tcPr>
          <w:p w14:paraId="2B4F398E" w14:textId="77777777" w:rsidR="00E554E1" w:rsidRPr="00826558" w:rsidRDefault="00E554E1" w:rsidP="00826558">
            <w:pPr>
              <w:rPr>
                <w:sz w:val="26"/>
                <w:szCs w:val="26"/>
              </w:rPr>
            </w:pPr>
          </w:p>
        </w:tc>
      </w:tr>
      <w:tr w:rsidR="00E554E1" w:rsidRPr="00826558" w14:paraId="203274F3" w14:textId="77777777" w:rsidTr="00A5100C">
        <w:trPr>
          <w:jc w:val="center"/>
        </w:trPr>
        <w:tc>
          <w:tcPr>
            <w:tcW w:w="3686" w:type="dxa"/>
            <w:tcMar>
              <w:top w:w="45" w:type="dxa"/>
              <w:left w:w="65" w:type="dxa"/>
              <w:bottom w:w="45" w:type="dxa"/>
              <w:right w:w="65" w:type="dxa"/>
            </w:tcMar>
            <w:vAlign w:val="center"/>
          </w:tcPr>
          <w:p w14:paraId="0CC3247F" w14:textId="77777777" w:rsidR="00E554E1" w:rsidRPr="00826558" w:rsidRDefault="00000000" w:rsidP="00826558">
            <w:pPr>
              <w:jc w:val="center"/>
              <w:rPr>
                <w:sz w:val="26"/>
                <w:szCs w:val="26"/>
              </w:rPr>
            </w:pPr>
            <w:r w:rsidRPr="00826558">
              <w:rPr>
                <w:b/>
                <w:sz w:val="26"/>
                <w:szCs w:val="26"/>
              </w:rPr>
              <w:t>Contact Details</w:t>
            </w:r>
          </w:p>
        </w:tc>
        <w:tc>
          <w:tcPr>
            <w:tcW w:w="7114" w:type="dxa"/>
            <w:tcMar>
              <w:top w:w="45" w:type="dxa"/>
              <w:left w:w="65" w:type="dxa"/>
              <w:bottom w:w="45" w:type="dxa"/>
              <w:right w:w="65" w:type="dxa"/>
            </w:tcMar>
            <w:vAlign w:val="center"/>
          </w:tcPr>
          <w:p w14:paraId="355BDCCD" w14:textId="19BA1E59" w:rsidR="00E554E1" w:rsidRPr="00826558" w:rsidRDefault="00000000" w:rsidP="00826558">
            <w:pPr>
              <w:rPr>
                <w:sz w:val="26"/>
                <w:szCs w:val="26"/>
              </w:rPr>
            </w:pPr>
            <w:r w:rsidRPr="00826558">
              <w:rPr>
                <w:sz w:val="26"/>
                <w:szCs w:val="26"/>
              </w:rPr>
              <w:t>Mobile / WhatsApp: _______________    Email: ____________</w:t>
            </w:r>
          </w:p>
        </w:tc>
      </w:tr>
      <w:tr w:rsidR="00E554E1" w:rsidRPr="00826558" w14:paraId="298509D2" w14:textId="77777777" w:rsidTr="00A5100C">
        <w:trPr>
          <w:jc w:val="center"/>
        </w:trPr>
        <w:tc>
          <w:tcPr>
            <w:tcW w:w="3686" w:type="dxa"/>
            <w:tcMar>
              <w:top w:w="45" w:type="dxa"/>
              <w:left w:w="65" w:type="dxa"/>
              <w:bottom w:w="45" w:type="dxa"/>
              <w:right w:w="65" w:type="dxa"/>
            </w:tcMar>
            <w:vAlign w:val="center"/>
          </w:tcPr>
          <w:p w14:paraId="4ABD44E6" w14:textId="77777777" w:rsidR="00E554E1" w:rsidRPr="00826558" w:rsidRDefault="00000000" w:rsidP="00826558">
            <w:pPr>
              <w:jc w:val="center"/>
              <w:rPr>
                <w:sz w:val="26"/>
                <w:szCs w:val="26"/>
              </w:rPr>
            </w:pPr>
            <w:r w:rsidRPr="00826558">
              <w:rPr>
                <w:b/>
                <w:sz w:val="26"/>
                <w:szCs w:val="26"/>
              </w:rPr>
              <w:t>Names of Other Researchers (if any)</w:t>
            </w:r>
          </w:p>
        </w:tc>
        <w:tc>
          <w:tcPr>
            <w:tcW w:w="7114" w:type="dxa"/>
            <w:tcMar>
              <w:top w:w="45" w:type="dxa"/>
              <w:left w:w="65" w:type="dxa"/>
              <w:bottom w:w="45" w:type="dxa"/>
              <w:right w:w="65" w:type="dxa"/>
            </w:tcMar>
            <w:vAlign w:val="center"/>
          </w:tcPr>
          <w:p w14:paraId="5A09155A" w14:textId="77777777" w:rsidR="00E554E1" w:rsidRPr="00826558" w:rsidRDefault="00E554E1" w:rsidP="00826558">
            <w:pPr>
              <w:rPr>
                <w:sz w:val="26"/>
                <w:szCs w:val="26"/>
              </w:rPr>
            </w:pPr>
          </w:p>
        </w:tc>
      </w:tr>
      <w:tr w:rsidR="00E554E1" w:rsidRPr="00826558" w14:paraId="1DD08AD4" w14:textId="77777777" w:rsidTr="00A5100C">
        <w:trPr>
          <w:jc w:val="center"/>
        </w:trPr>
        <w:tc>
          <w:tcPr>
            <w:tcW w:w="3686" w:type="dxa"/>
            <w:tcMar>
              <w:top w:w="45" w:type="dxa"/>
              <w:left w:w="65" w:type="dxa"/>
              <w:bottom w:w="45" w:type="dxa"/>
              <w:right w:w="65" w:type="dxa"/>
            </w:tcMar>
            <w:vAlign w:val="center"/>
          </w:tcPr>
          <w:p w14:paraId="6FD674E2" w14:textId="77777777" w:rsidR="00E554E1" w:rsidRPr="00826558" w:rsidRDefault="00000000" w:rsidP="00826558">
            <w:pPr>
              <w:jc w:val="center"/>
              <w:rPr>
                <w:sz w:val="26"/>
                <w:szCs w:val="26"/>
              </w:rPr>
            </w:pPr>
            <w:r w:rsidRPr="00826558">
              <w:rPr>
                <w:b/>
                <w:sz w:val="26"/>
                <w:szCs w:val="26"/>
              </w:rPr>
              <w:t>Type of Submission</w:t>
            </w:r>
          </w:p>
        </w:tc>
        <w:tc>
          <w:tcPr>
            <w:tcW w:w="7114" w:type="dxa"/>
            <w:tcMar>
              <w:top w:w="45" w:type="dxa"/>
              <w:left w:w="65" w:type="dxa"/>
              <w:bottom w:w="45" w:type="dxa"/>
              <w:right w:w="65" w:type="dxa"/>
            </w:tcMar>
            <w:vAlign w:val="center"/>
          </w:tcPr>
          <w:p w14:paraId="114EF9C4" w14:textId="77777777" w:rsidR="00E554E1" w:rsidRPr="00826558" w:rsidRDefault="00000000" w:rsidP="00826558">
            <w:pPr>
              <w:jc w:val="center"/>
              <w:rPr>
                <w:sz w:val="26"/>
                <w:szCs w:val="26"/>
              </w:rPr>
            </w:pPr>
            <w:r w:rsidRPr="00826558">
              <w:rPr>
                <w:sz w:val="26"/>
                <w:szCs w:val="26"/>
              </w:rPr>
              <w:t>□ Research Paper                              □ Working Paper</w:t>
            </w:r>
          </w:p>
        </w:tc>
      </w:tr>
      <w:tr w:rsidR="00E554E1" w:rsidRPr="00826558" w14:paraId="5C2EFA83" w14:textId="77777777" w:rsidTr="00A5100C">
        <w:trPr>
          <w:jc w:val="center"/>
        </w:trPr>
        <w:tc>
          <w:tcPr>
            <w:tcW w:w="3686" w:type="dxa"/>
            <w:tcMar>
              <w:top w:w="45" w:type="dxa"/>
              <w:left w:w="65" w:type="dxa"/>
              <w:bottom w:w="45" w:type="dxa"/>
              <w:right w:w="65" w:type="dxa"/>
            </w:tcMar>
            <w:vAlign w:val="center"/>
          </w:tcPr>
          <w:p w14:paraId="646AAA73" w14:textId="77777777" w:rsidR="00E554E1" w:rsidRPr="00826558" w:rsidRDefault="00000000" w:rsidP="00826558">
            <w:pPr>
              <w:jc w:val="center"/>
              <w:rPr>
                <w:sz w:val="26"/>
                <w:szCs w:val="26"/>
              </w:rPr>
            </w:pPr>
            <w:r w:rsidRPr="00826558">
              <w:rPr>
                <w:b/>
                <w:sz w:val="26"/>
                <w:szCs w:val="26"/>
              </w:rPr>
              <w:t>Proposed Research Title</w:t>
            </w:r>
          </w:p>
        </w:tc>
        <w:tc>
          <w:tcPr>
            <w:tcW w:w="7114" w:type="dxa"/>
            <w:tcMar>
              <w:top w:w="45" w:type="dxa"/>
              <w:left w:w="65" w:type="dxa"/>
              <w:bottom w:w="45" w:type="dxa"/>
              <w:right w:w="65" w:type="dxa"/>
            </w:tcMar>
            <w:vAlign w:val="center"/>
          </w:tcPr>
          <w:p w14:paraId="6B19E9E6" w14:textId="77777777" w:rsidR="00E554E1" w:rsidRPr="00826558" w:rsidRDefault="00000000" w:rsidP="00826558">
            <w:pPr>
              <w:rPr>
                <w:sz w:val="26"/>
                <w:szCs w:val="26"/>
              </w:rPr>
            </w:pPr>
            <w:r w:rsidRPr="00826558">
              <w:rPr>
                <w:sz w:val="26"/>
                <w:szCs w:val="26"/>
              </w:rPr>
              <w:br/>
            </w:r>
          </w:p>
        </w:tc>
      </w:tr>
      <w:tr w:rsidR="00E554E1" w:rsidRPr="00826558" w14:paraId="36C80282" w14:textId="77777777" w:rsidTr="00A5100C">
        <w:trPr>
          <w:jc w:val="center"/>
        </w:trPr>
        <w:tc>
          <w:tcPr>
            <w:tcW w:w="3686" w:type="dxa"/>
            <w:tcMar>
              <w:top w:w="45" w:type="dxa"/>
              <w:left w:w="65" w:type="dxa"/>
              <w:bottom w:w="45" w:type="dxa"/>
              <w:right w:w="65" w:type="dxa"/>
            </w:tcMar>
            <w:vAlign w:val="center"/>
          </w:tcPr>
          <w:p w14:paraId="114D6B67" w14:textId="178B4334" w:rsidR="00E554E1" w:rsidRPr="00826558" w:rsidRDefault="00DE0007" w:rsidP="00826558">
            <w:pPr>
              <w:jc w:val="center"/>
              <w:rPr>
                <w:sz w:val="26"/>
                <w:szCs w:val="26"/>
              </w:rPr>
            </w:pPr>
            <w:r w:rsidRPr="00826558">
              <w:rPr>
                <w:b/>
                <w:sz w:val="26"/>
                <w:szCs w:val="26"/>
              </w:rPr>
              <w:t>Main Theme Number and Title</w:t>
            </w:r>
          </w:p>
        </w:tc>
        <w:tc>
          <w:tcPr>
            <w:tcW w:w="7114" w:type="dxa"/>
            <w:tcMar>
              <w:top w:w="45" w:type="dxa"/>
              <w:left w:w="65" w:type="dxa"/>
              <w:bottom w:w="45" w:type="dxa"/>
              <w:right w:w="65" w:type="dxa"/>
            </w:tcMar>
            <w:vAlign w:val="center"/>
          </w:tcPr>
          <w:p w14:paraId="621E12E7" w14:textId="7503779F" w:rsidR="00E554E1" w:rsidRPr="00826558" w:rsidRDefault="00000000" w:rsidP="00826558">
            <w:pPr>
              <w:rPr>
                <w:sz w:val="26"/>
                <w:szCs w:val="26"/>
              </w:rPr>
            </w:pPr>
            <w:r w:rsidRPr="00826558">
              <w:rPr>
                <w:sz w:val="26"/>
                <w:szCs w:val="26"/>
              </w:rPr>
              <w:t xml:space="preserve">No.: ______      Title: </w:t>
            </w:r>
          </w:p>
        </w:tc>
      </w:tr>
      <w:tr w:rsidR="00E554E1" w:rsidRPr="00826558" w14:paraId="5555F66A" w14:textId="77777777" w:rsidTr="00A5100C">
        <w:trPr>
          <w:jc w:val="center"/>
        </w:trPr>
        <w:tc>
          <w:tcPr>
            <w:tcW w:w="3686" w:type="dxa"/>
            <w:tcMar>
              <w:top w:w="45" w:type="dxa"/>
              <w:left w:w="65" w:type="dxa"/>
              <w:bottom w:w="45" w:type="dxa"/>
              <w:right w:w="65" w:type="dxa"/>
            </w:tcMar>
            <w:vAlign w:val="center"/>
          </w:tcPr>
          <w:p w14:paraId="3214FFDB" w14:textId="2D763F40" w:rsidR="00E554E1" w:rsidRPr="00826558" w:rsidRDefault="00DE0007" w:rsidP="00826558">
            <w:pPr>
              <w:jc w:val="center"/>
              <w:rPr>
                <w:sz w:val="26"/>
                <w:szCs w:val="26"/>
              </w:rPr>
            </w:pPr>
            <w:r w:rsidRPr="00826558">
              <w:rPr>
                <w:b/>
                <w:sz w:val="26"/>
                <w:szCs w:val="26"/>
              </w:rPr>
              <w:t>Sub-theme Number and Title</w:t>
            </w:r>
          </w:p>
        </w:tc>
        <w:tc>
          <w:tcPr>
            <w:tcW w:w="7114" w:type="dxa"/>
            <w:tcMar>
              <w:top w:w="45" w:type="dxa"/>
              <w:left w:w="65" w:type="dxa"/>
              <w:bottom w:w="45" w:type="dxa"/>
              <w:right w:w="65" w:type="dxa"/>
            </w:tcMar>
            <w:vAlign w:val="center"/>
          </w:tcPr>
          <w:p w14:paraId="6AA84B19" w14:textId="21110873" w:rsidR="00E554E1" w:rsidRPr="00826558" w:rsidRDefault="00000000" w:rsidP="00826558">
            <w:pPr>
              <w:rPr>
                <w:sz w:val="26"/>
                <w:szCs w:val="26"/>
              </w:rPr>
            </w:pPr>
            <w:r w:rsidRPr="00826558">
              <w:rPr>
                <w:sz w:val="26"/>
                <w:szCs w:val="26"/>
              </w:rPr>
              <w:t xml:space="preserve">No.: ______      Title: </w:t>
            </w:r>
          </w:p>
        </w:tc>
      </w:tr>
    </w:tbl>
    <w:p w14:paraId="3DAAAAAC" w14:textId="77777777" w:rsidR="00E554E1" w:rsidRPr="00A5100C" w:rsidRDefault="00000000" w:rsidP="00A5100C">
      <w:pPr>
        <w:spacing w:before="40" w:after="40"/>
        <w:jc w:val="both"/>
        <w:rPr>
          <w:sz w:val="26"/>
          <w:szCs w:val="26"/>
        </w:rPr>
      </w:pPr>
      <w:r w:rsidRPr="00A5100C">
        <w:rPr>
          <w:b/>
          <w:sz w:val="26"/>
          <w:szCs w:val="26"/>
        </w:rPr>
        <w:t>Brief Description of the Proposed Research (maximum 150 words, including the research problem, objective, and core idea)</w:t>
      </w:r>
    </w:p>
    <w:p w14:paraId="67A0AB51" w14:textId="77777777" w:rsidR="00A5100C" w:rsidRDefault="00000000" w:rsidP="00A5100C">
      <w:pPr>
        <w:spacing w:after="0"/>
        <w:rPr>
          <w:b/>
          <w:sz w:val="28"/>
          <w:szCs w:val="28"/>
          <w:rtl/>
        </w:rPr>
      </w:pPr>
      <w:r w:rsidRPr="00A5100C">
        <w:rPr>
          <w:sz w:val="20"/>
          <w:szCs w:val="20"/>
        </w:rPr>
        <w:t>..........................................................................................................................................................</w:t>
      </w:r>
    </w:p>
    <w:p w14:paraId="2C3E5D3C" w14:textId="257DD6A8" w:rsidR="00E554E1" w:rsidRPr="00A5100C" w:rsidRDefault="00000000" w:rsidP="00A5100C">
      <w:pPr>
        <w:spacing w:after="0"/>
        <w:jc w:val="both"/>
        <w:rPr>
          <w:sz w:val="26"/>
          <w:szCs w:val="26"/>
        </w:rPr>
      </w:pPr>
      <w:r w:rsidRPr="00A5100C">
        <w:rPr>
          <w:b/>
          <w:sz w:val="26"/>
          <w:szCs w:val="26"/>
        </w:rPr>
        <w:t>Relevance of the Research to the Main Conference Theme and Sub-theme (maximum 50 words)</w:t>
      </w:r>
    </w:p>
    <w:p w14:paraId="6F8B8356" w14:textId="22C1C683" w:rsidR="00E554E1" w:rsidRPr="00A5100C" w:rsidRDefault="00000000">
      <w:pPr>
        <w:spacing w:after="0"/>
        <w:rPr>
          <w:sz w:val="20"/>
          <w:szCs w:val="20"/>
        </w:rPr>
      </w:pPr>
      <w:r w:rsidRPr="00A5100C">
        <w:rPr>
          <w:sz w:val="20"/>
          <w:szCs w:val="20"/>
        </w:rPr>
        <w:t>..........................................................................................................................................................</w:t>
      </w:r>
    </w:p>
    <w:sectPr w:rsidR="00E554E1" w:rsidRPr="00A5100C" w:rsidSect="00034616">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0833685">
    <w:abstractNumId w:val="8"/>
  </w:num>
  <w:num w:numId="2" w16cid:durableId="1961564641">
    <w:abstractNumId w:val="6"/>
  </w:num>
  <w:num w:numId="3" w16cid:durableId="10501032">
    <w:abstractNumId w:val="5"/>
  </w:num>
  <w:num w:numId="4" w16cid:durableId="250893359">
    <w:abstractNumId w:val="4"/>
  </w:num>
  <w:num w:numId="5" w16cid:durableId="1097555245">
    <w:abstractNumId w:val="7"/>
  </w:num>
  <w:num w:numId="6" w16cid:durableId="1238133081">
    <w:abstractNumId w:val="3"/>
  </w:num>
  <w:num w:numId="7" w16cid:durableId="1970813919">
    <w:abstractNumId w:val="2"/>
  </w:num>
  <w:num w:numId="8" w16cid:durableId="1450276972">
    <w:abstractNumId w:val="1"/>
  </w:num>
  <w:num w:numId="9" w16cid:durableId="358090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773B"/>
    <w:rsid w:val="00826558"/>
    <w:rsid w:val="009067B5"/>
    <w:rsid w:val="00935D6D"/>
    <w:rsid w:val="00974485"/>
    <w:rsid w:val="00A42C06"/>
    <w:rsid w:val="00A5100C"/>
    <w:rsid w:val="00AA1D8D"/>
    <w:rsid w:val="00B47730"/>
    <w:rsid w:val="00BC4D03"/>
    <w:rsid w:val="00CB0664"/>
    <w:rsid w:val="00DE0007"/>
    <w:rsid w:val="00E554E1"/>
    <w:rsid w:val="00E60550"/>
    <w:rsid w:val="00EB0E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18162"/>
  <w14:defaultImageDpi w14:val="300"/>
  <w15:docId w15:val="{DF29C3F3-BA37-41FD-9EAA-3C49C50C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Rabed</cp:lastModifiedBy>
  <cp:revision>5</cp:revision>
  <dcterms:created xsi:type="dcterms:W3CDTF">2013-12-23T23:15:00Z</dcterms:created>
  <dcterms:modified xsi:type="dcterms:W3CDTF">2026-09-07T02:54:00Z</dcterms:modified>
  <cp:category/>
</cp:coreProperties>
</file>